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החברות ואת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חברות, נאמנות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להעמיק את החברות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כותבים פתקים טובים לחמישה חברים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חברות אמיתית מול חברות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לקיים שיחה בוגרת על פרידה וקנאה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השבוע עוסק בחברות באופן כללי, והדיון על רשתות הוא נושא אחד בלבד בחטיבה.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בתיאור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במהלך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ההתאמה מבוססת על חבר סודי ומעשה טוב שלא דורש 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הפעילות ביסודי ד-ו.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אכפתיות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הגרלה של חבר 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תיבות דואר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לבדוק פתקים לפני חלוקה בגילים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לעקוב בשקט שכל תלמיד מקבל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אחרי: לשאול מה למדנו ולהמשיך את רעיון אף אחד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מחמאה המתייחסת למעשה ולא למראה, בשפה חיובית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מקורי המתאים לערכי חברות, נאמנות ואכפתיות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שמתארת פעילות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תכונה כמו אכפתיות, נאמנות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וריאלי להתנהגות חברית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על תכונות של חבר טוב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חלק מהמשימות הפתוחות לפי נוחות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במעגל שיתוף קצר של פתקי המחמאות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שבוע מיוחד בבית הספר. קוראים לו שבוע החברות. בשבוע הזה עושים פעילויות כדי להיות חברים טובים אחד לשני.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מקבל חבר בסוד ועושה לו מעשה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צמיד החברות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צמיד עם חרוזים, כל חרוז הוא משאלה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דואר חברות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תיבות דואר שבהן כותבים פתקים טובים לחברים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 מעורבת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שבה משחקים בקבוצות מעורבות שהוגרלו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מחמאה אמיתית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מחמאה על מעשה טוב ולא על מראה חיצוני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אף אחד לא לבד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שבו בונים פינה פתוחה לכולם בהפסקה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חבר שאפשר לסמוך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לצרכים ולרגשות של 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מטרת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להעמיק את החברות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עושה חבר 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בדואר 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פתקים טובים לחמישה חברים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מדברים בחטיבה?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 אמיתית מול חברות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בספורט מול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משפחתית מול 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דיון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בתיכון כשחברות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לקיים שיחה בוגרת על פרידה וקנאה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הפעילות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החברות מדברים רק על חברות ברשתות חברתיות.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סדנת מחמאות אמיתיות מלמדת להחמיא על מעשים ולא רק על מראה.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בצמיד החברות כל חרוז מייצג משאלה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לעולים מבוססת על כתיבת חיבור ארוך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'הפסקה מעורבת' כולל משחק בקבוצות שהוגרלו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'חבר סודי' כל ילד עושה __________ קטן לחבר שקיבל בסוד.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בפרויקט 'אף אחד __________' מתכננים פינת הפסקה פתוחה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בתיכון מציעים לכתוב מכתב לחבר שלא אמרו לו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בסדנת מחמאות לומדים להחמיא על __________ ולא על מראה.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שני ערכים מרכזיים לצד חברות הם נאמנות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צמיד החברות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דואר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סדנת מחמאות אמיתיות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לחבר שלא אמרתי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אחרי: לשאול מה למדנו ולהמשיך את רעיון אף אחד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לעקוב בשקט שכל תלמיד מקבל 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תיבות דואר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לבדוק פתקים לפני חלוקה בגילים הצעירים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הגרלה של חבר סודי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פתק מחמאה אמיתית לחבר או חברה בכיתה, המבוסס על מעשה טוב שהוא או היא עשו.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לפעילות חדשה שיכולה להתאים לשבוע החברות בכיתה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הפעילות שהכי אהבתם השבוע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הכי חשובה לכם בחבר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תוכלו לעשות השבוע כדי להיות חבר או חברה טובים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