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החברות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מטרות שבוע החברות ואת הפעילויות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אילו פעילויות מתאימות לכל שכבת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ערכים של חברות, נאמנות ואכפתיות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להעמיק את החברות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כותבים פתקים טובים לחמישה חברים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השבוע עוסק בחברות באופן כללי, והדיון על רשתות הוא נושא אחד בלבד בחטיבה.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בתיאור הפעילות.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במהלך הפעילות.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מעשה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פעילות לשכבת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(יסודי א-ג)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(יסודי א-ג)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(יסודי ד-ו)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(חטיבת ביניים)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 לפני: להכין הגרלה של חבר סודי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לפני: להכין תיבות דואר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ביום עצמו: לבדוק פתקים לפני חלוקה בגילים הצעירים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ביום עצמו: לעקוב בשקט שכל תלמיד מקבל פתקים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מחמאה המתייחסת למעשה ולא למראה, בשפה חיובית ומכבדת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שמתארת פעילות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תכונה כמו אכפתיות, נאמנות או 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יעד קטן וריאלי להתנהגות חברית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בסבב קצר על תכונות של חבר טוב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לתלמידים לבחור חלק מהמשימות הפתוחות לפי נוחות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במעגל שיתוף קצר של פתקי המחמאות שנכתבו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החברות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בבית הספר מתקיים שבוע מיוחד שנקרא שבוע החברות. השבוע מוקדש לחיזוק הקשרים בכיתה, להרגיש שרואים כל אחד, ולבנות הרגלים של חברות טובה.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מעשים  ·  לבד  ·  מעשה טוב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המרכזית של שבוע החברות?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להעמיק את החברות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להתכונן למבחן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לארגן טיול שנתי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ב'דואר חברות'?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כותבים פתקים טובים לחמישה חברים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שולחים מכתב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מציירים ציור משותף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בשבוע החברות מדברים רק על חברות ברשתות חברתיות.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סדנת מחמאות אמיתיות מלמדת להחמיא על מעשים ולא רק על מראה.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בצמיד החברות כל חרוז מייצג משאלה לחבר.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בפעילות 'חבר סודי' כל ילד עושה __________ קטן לחבר שקיבל בסוד.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בפרויקט 'אף אחד __________' מתכננים פינת הפסקה פתוחה לכולם.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בסדנת מחמאות לומדים להחמיא על __________ ולא על מראה.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פעילות לשכבת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חבר סודי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חטיבת ביניים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צמיד החברות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יסודי א-ג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דואר חברות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יסודי א-ג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סדנת מחמאות אמיתיות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יסודי ד-ו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ההכנה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עצמו: לעקוב בשקט שכל תלמיד מקבל פתקים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עצמו: לבדוק פתקים לפני חלוקה בגילים הצעירים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לפני: להכין תיבות דואר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שבוע לפני: להכין הגרלה של חבר סודי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פתק מחמאה אמיתית לחבר או חברה בכיתה, המבוסס על מעשה טוב שהוא או היא עשו.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הפעילות שהכי אהבתם השבוע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איזו תכונה הכי חשובה לכם בחבר טוב?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החברות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